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המדרגות של הקומה השלישית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סיפור קצר · כיתה ט׳ · נפש ורגש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נוסח לעולים: טקסט בעברית פשוטה, מילון בטבלה (עם עמודה למילה בשפת הבית), שאלות קצרות, שאלות בחירה ושאלת עמדה עם פתיחי משפטים.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א׳ – שאלות קצרות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1. מתי מתרחש הסיפור? · </w:t>
      </w:r>
      <w:r>
        <w:rPr>
          <w:rFonts w:ascii="Arial" w:hAnsi="Arial" w:cs="Arial"/>
          <w:b w:val="0"/>
          <w:sz w:val="17"/>
          <w:rtl w:val="1"/>
          <w:szCs w:val="17"/>
        </w:rPr>
        <w:t>ביום האחרון של כיתה ט׳.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2. איך נראו המדרגות ליעל בכיתה ז׳? · </w:t>
      </w:r>
      <w:r>
        <w:rPr>
          <w:rFonts w:ascii="Arial" w:hAnsi="Arial" w:cs="Arial"/>
          <w:b w:val="0"/>
          <w:sz w:val="17"/>
          <w:rtl w:val="1"/>
          <w:szCs w:val="17"/>
        </w:rPr>
        <w:t>כמו הר.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3. מה קרה לקבוצה של יעל בפרויקט? · </w:t>
      </w:r>
      <w:r>
        <w:rPr>
          <w:rFonts w:ascii="Arial" w:hAnsi="Arial" w:cs="Arial"/>
          <w:b w:val="0"/>
          <w:sz w:val="17"/>
          <w:rtl w:val="1"/>
          <w:szCs w:val="17"/>
        </w:rPr>
        <w:t>בהתחלה רבו, ובסוף הצליחו.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4. מה הבטיחו החברים? · </w:t>
      </w:r>
      <w:r>
        <w:rPr>
          <w:rFonts w:ascii="Arial" w:hAnsi="Arial" w:cs="Arial"/>
          <w:b w:val="0"/>
          <w:sz w:val="17"/>
          <w:rtl w:val="1"/>
          <w:szCs w:val="17"/>
        </w:rPr>
        <w:t>לשמור על קשר.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5. מתי צריך לקרוא את הפתק? · </w:t>
      </w:r>
      <w:r>
        <w:rPr>
          <w:rFonts w:ascii="Arial" w:hAnsi="Arial" w:cs="Arial"/>
          <w:b w:val="0"/>
          <w:sz w:val="17"/>
          <w:rtl w:val="1"/>
          <w:szCs w:val="17"/>
        </w:rPr>
        <w:t>רק בתיכון.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ב׳ – שאלות בחירה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6. מתי מתרחש הסיפור? · </w:t>
      </w:r>
      <w:r>
        <w:rPr>
          <w:rFonts w:ascii="Arial" w:hAnsi="Arial" w:cs="Arial"/>
          <w:b w:val="0"/>
          <w:sz w:val="17"/>
          <w:rtl w:val="1"/>
          <w:szCs w:val="17"/>
        </w:rPr>
        <w:t>ב. ביום האחרון של כיתה ט׳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7. מה קרה ליעל בשבוע הראשון בחטיבה? · </w:t>
      </w:r>
      <w:r>
        <w:rPr>
          <w:rFonts w:ascii="Arial" w:hAnsi="Arial" w:cs="Arial"/>
          <w:b w:val="0"/>
          <w:sz w:val="17"/>
          <w:rtl w:val="1"/>
          <w:szCs w:val="17"/>
        </w:rPr>
        <w:t>ב. היא הלכה לאיבוד ונכנסה בטעות לשיעור של ט׳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8. מה ביקשה המחנכת לעשות עם הפתקים? · </w:t>
      </w:r>
      <w:r>
        <w:rPr>
          <w:rFonts w:ascii="Arial" w:hAnsi="Arial" w:cs="Arial"/>
          <w:b w:val="0"/>
          <w:sz w:val="17"/>
          <w:rtl w:val="1"/>
          <w:szCs w:val="17"/>
        </w:rPr>
        <w:t>ב. לקרוא רק כשכבר בתיכון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9. מה מבטאת הירידה ״לאט, אחת־אחת״ בסוף הסיפור? · </w:t>
      </w:r>
      <w:r>
        <w:rPr>
          <w:rFonts w:ascii="Arial" w:hAnsi="Arial" w:cs="Arial"/>
          <w:b w:val="0"/>
          <w:sz w:val="17"/>
          <w:rtl w:val="1"/>
          <w:szCs w:val="17"/>
        </w:rPr>
        <w:t>ג. רצון להאריך את רגע הפרידה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ג׳ – העמדה שלי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10. יש האומרים שחברויות מהחטיבה נשמרות לכל החיים, ויש האומרים שבתיכון מתחילים מחדש וזה טבעי שחברויות ייחלשו. באיזו עמדה אתם תומכים? נמקו, והסתמכו על פרט מן הסיפור או מניסיונכם. · </w:t>
      </w:r>
      <w:r>
        <w:rPr>
          <w:rFonts w:ascii="Arial" w:hAnsi="Arial" w:cs="Arial"/>
          <w:b w:val="0"/>
          <w:sz w:val="17"/>
          <w:rtl w:val="1"/>
          <w:szCs w:val="17"/>
        </w:rPr>
        <w:t>תשובה פתוחה: עמדה + נימוק + ראיה (למשל האחות הגדולה שפוגשת חברות פעם בשנה; ההבטחה ״נשמור על קשר״).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הערכה · </w:t>
      </w:r>
      <w:r>
        <w:rPr>
          <w:rFonts w:ascii="Arial" w:hAnsi="Arial" w:cs="Arial"/>
          <w:b w:val="0"/>
          <w:sz w:val="17"/>
          <w:rtl w:val="1"/>
          <w:szCs w:val="17"/>
        </w:rPr>
        <w:t>מעריכים בעיקר את התוכן: עמדה + נימוק + דוגמה. לא מורידים על שגיאות כתיב.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עבודה – 🎒 המדרגות של הקומה השלישית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סיפור קצר · כיתה ט׳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2B8F86"/>
          <w:sz w:val="22"/>
          <w:rtl w:val="1"/>
          <w:szCs w:val="22"/>
          <w:bCs/>
        </w:rPr>
        <w:t>📖 מילון לטקסט – מילים חשובות בעברית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המילה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זה אומר?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מילה בשפה שלי ✏️</w:t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שרב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מזג אוויר חם ויבש מאוד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לחש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דיבר בקול שקט מאוד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דהויה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שהצבעים שלה חלשים בגלל שמש או זמן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פנימייה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בית ספר שבו גם גרים ולנים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בבת אחת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פתאום, ברגע אחד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מחנכת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המורה האחראית על הכיתה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סדק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שבר דק וצר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סיפור קצר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🎒 המדרגות של הקומה השלישית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ביום האחרון של כיתה ט׳ יעל הגיעה מוקדם לבית הספר. החצר הייתה שקטה.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היא עלתה לקומה השלישית. בכיתה ז׳ המדרגות נראו לה כמו הר. בשבוע הראשון היא הלכה לאיבוד. עכשיו היא חייכה.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 הקיר הייתה תמונה של הקבוצה שלה מפרויקט החקר. בהתחלה הם רבו, אבל בסוף הצליחו מאוד.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בשנה הבאה כל החברים ילכו למקומות שונים. כולם הבטיחו: ״נשמור על קשר.״ יעל קצת דאגה.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המחנכת נתנה פתק לכל תלמיד – לקרוא רק בתיכון. בצלצול האחרון יעל ירדה במדרגות לאט, ונפרדה מהקומה השלישית.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א׳: שאלות קצרות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מתי מתרחש הסיפור?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איך נראו המדרגות ליעל בכיתה ז׳?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מה קרה לקבוצה של יעל בפרויקט?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הבטיחו החברים?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</w:t>
      </w:r>
      <w:r>
        <w:rPr>
          <w:rFonts w:ascii="Arial" w:hAnsi="Arial" w:cs="Arial"/>
          <w:b/>
          <w:sz w:val="22"/>
          <w:rtl w:val="1"/>
          <w:szCs w:val="22"/>
          <w:bCs/>
        </w:rPr>
        <w:t>מתי צריך לקרוא את הפתק?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ב׳: שאלות בחירה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</w:t>
      </w:r>
      <w:r>
        <w:rPr>
          <w:rFonts w:ascii="Arial" w:hAnsi="Arial" w:cs="Arial"/>
          <w:b/>
          <w:sz w:val="22"/>
          <w:rtl w:val="1"/>
          <w:szCs w:val="22"/>
          <w:bCs/>
        </w:rPr>
        <w:t>מתי מתרחש הסיפור?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ביום הראשון בכיתה ז׳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ביום האחרון של כיתה ט׳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בערב הסיום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ביום הראשון בתיכון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</w:t>
      </w:r>
      <w:r>
        <w:rPr>
          <w:rFonts w:ascii="Arial" w:hAnsi="Arial" w:cs="Arial"/>
          <w:b/>
          <w:sz w:val="22"/>
          <w:rtl w:val="1"/>
          <w:szCs w:val="22"/>
          <w:bCs/>
        </w:rPr>
        <w:t>מה קרה ליעל בשבוע הראשון בחטיבה?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היא קיבלה פרס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היא הלכה לאיבוד ונכנסה בטעות לשיעור של ט׳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היא החליפה כיתה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היא הציגה מול ההורים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</w:t>
      </w:r>
      <w:r>
        <w:rPr>
          <w:rFonts w:ascii="Arial" w:hAnsi="Arial" w:cs="Arial"/>
          <w:b/>
          <w:sz w:val="22"/>
          <w:rtl w:val="1"/>
          <w:szCs w:val="22"/>
          <w:bCs/>
        </w:rPr>
        <w:t>מה ביקשה המחנכת לעשות עם הפתקים?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לקרוא מיד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לקרוא רק כשכבר בתיכון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לזרוק אחרי הקריאה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להחזיר למחרת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9. </w:t>
      </w:r>
      <w:r>
        <w:rPr>
          <w:rFonts w:ascii="Arial" w:hAnsi="Arial" w:cs="Arial"/>
          <w:b/>
          <w:sz w:val="22"/>
          <w:rtl w:val="1"/>
          <w:szCs w:val="22"/>
          <w:bCs/>
        </w:rPr>
        <w:t>מה מבטאת הירידה ״לאט, אחת־אחת״ בסוף הסיפור?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עייפות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פחד מנפילה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רצון להאריך את רגע הפרידה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כעס על בית הספר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ג׳: העמדה שלי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10. </w:t>
      </w:r>
      <w:r>
        <w:rPr>
          <w:rFonts w:ascii="Arial" w:hAnsi="Arial" w:cs="Arial"/>
          <w:b/>
          <w:sz w:val="22"/>
          <w:rtl w:val="1"/>
          <w:szCs w:val="22"/>
          <w:bCs/>
        </w:rPr>
        <w:t>יש האומרים שחברויות מהחטיבה נשמרות לכל החיים, ויש האומרים שבתיכון מתחילים מחדש וזה טבעי שחברויות ייחלשו. באיזו עמדה אתם תומכים? נמקו, והסתמכו על פרט מן הסיפור או מניסיונכם.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(תזכורת לכתיבת תשובה מלאה: הצהרת עמדה ברורה + נימוק הגיוני + הוכחה או דוגמה)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אני חושב/ת ש 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הסיבה היא 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למשל, בטקסט כתוב 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מילה שעדיין קשה לי: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המדרגות של הקומה השלישית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המדרגות של הקומה השלישית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