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המדרגות של הקומה השלישית</w:t>
      </w:r>
    </w:p>
    <w:p>
      <w:pPr>
        <w:bidi w:val="1"/>
        <w:spacing w:after="40" w:before="0"/>
      </w:pPr>
      <w:r>
        <w:rPr>
          <w:rFonts w:ascii="Arial" w:hAnsi="Arial" w:cs="Arial"/>
          <w:b w:val="0"/>
          <w:color w:val="5D5675"/>
          <w:sz w:val="18"/>
          <w:rtl w:val="1"/>
          <w:szCs w:val="18"/>
        </w:rPr>
        <w:t>סיפור קצר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לבשה יעל ביום האחרון, לפי פסקה א׳? · </w:t>
      </w:r>
      <w:r>
        <w:rPr>
          <w:rFonts w:ascii="Arial" w:hAnsi="Arial" w:cs="Arial"/>
          <w:b w:val="0"/>
          <w:sz w:val="17"/>
          <w:rtl w:val="1"/>
          <w:szCs w:val="17"/>
        </w:rPr>
        <w:t>חולצה לבנה עם חתימות של כל השכבה.</w:t>
      </w:r>
    </w:p>
    <w:p>
      <w:pPr>
        <w:bidi w:val="1"/>
        <w:spacing w:after="40" w:before="0"/>
      </w:pPr>
      <w:r>
        <w:rPr>
          <w:rFonts w:ascii="Arial" w:hAnsi="Arial" w:cs="Arial"/>
          <w:b/>
          <w:color w:val="C2417A"/>
          <w:sz w:val="17"/>
          <w:rtl w:val="1"/>
          <w:szCs w:val="17"/>
          <w:bCs/>
        </w:rPr>
        <w:t xml:space="preserve">2. מנו את חברי הקבוצה של יעל בפרויקט החקר, ומה יקרה לשניים מהם בשנה הבאה (פסקאות ג׳–ד׳). · </w:t>
      </w:r>
      <w:r>
        <w:rPr>
          <w:rFonts w:ascii="Arial" w:hAnsi="Arial" w:cs="Arial"/>
          <w:b w:val="0"/>
          <w:sz w:val="17"/>
          <w:rtl w:val="1"/>
          <w:szCs w:val="17"/>
        </w:rPr>
        <w:t>שחר, אדל ונועם. שחר – לפנימייה; אדל – עוברת לצפון; נועם – מגמה אחרת.</w:t>
      </w:r>
    </w:p>
    <w:p>
      <w:pPr>
        <w:bidi w:val="1"/>
        <w:spacing w:after="40" w:before="0"/>
      </w:pPr>
      <w:r>
        <w:rPr>
          <w:rFonts w:ascii="Arial" w:hAnsi="Arial" w:cs="Arial"/>
          <w:b/>
          <w:color w:val="C2417A"/>
          <w:sz w:val="17"/>
          <w:rtl w:val="1"/>
          <w:szCs w:val="17"/>
          <w:bCs/>
        </w:rPr>
        <w:t xml:space="preserve">3. מה נתנה המחנכת רותי לתלמידים (פסקה ה׳)? · </w:t>
      </w:r>
      <w:r>
        <w:rPr>
          <w:rFonts w:ascii="Arial" w:hAnsi="Arial" w:cs="Arial"/>
          <w:b w:val="0"/>
          <w:sz w:val="17"/>
          <w:rtl w:val="1"/>
          <w:szCs w:val="17"/>
        </w:rPr>
        <w:t>עוגיות ופתקים.</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על נועם מן המשפט ״שבכלל לא דיבר עם אף אחד בתחילת השנה, היה זה שבסוף הציג מול כל ההורים, בלי לרעוד״? · </w:t>
      </w:r>
      <w:r>
        <w:rPr>
          <w:rFonts w:ascii="Arial" w:hAnsi="Arial" w:cs="Arial"/>
          <w:b w:val="0"/>
          <w:sz w:val="17"/>
          <w:rtl w:val="1"/>
          <w:szCs w:val="17"/>
        </w:rPr>
        <w:t>שנועם השתנה וצמח במהלך החטיבה: מביישן ושקט הפך לבעל ביטחון עצמי, בזכות העבודה המשותפת.</w:t>
      </w:r>
    </w:p>
    <w:p>
      <w:pPr>
        <w:bidi w:val="1"/>
        <w:spacing w:after="40" w:before="0"/>
      </w:pPr>
      <w:r>
        <w:rPr>
          <w:rFonts w:ascii="Arial" w:hAnsi="Arial" w:cs="Arial"/>
          <w:b/>
          <w:color w:val="C2417A"/>
          <w:sz w:val="17"/>
          <w:rtl w:val="1"/>
          <w:szCs w:val="17"/>
          <w:bCs/>
        </w:rPr>
        <w:t xml:space="preserve">5. (השוואה) השוו בין יעל בשבוע הראשון בכיתה ז׳ לבין יעל ביום האחרון. במה השתנו היחס שלה למקום ותחושת השייכות שלה? · </w:t>
      </w:r>
      <w:r>
        <w:rPr>
          <w:rFonts w:ascii="Arial" w:hAnsi="Arial" w:cs="Arial"/>
          <w:b w:val="0"/>
          <w:sz w:val="17"/>
          <w:rtl w:val="1"/>
          <w:szCs w:val="17"/>
        </w:rPr>
        <w:t>בכיתה ז׳ – זרה, אבודה, נבוכה (״רצתה להיעלם״); בט׳ – שייכת ובטוחה (״אני בטוחה״), המקום מוכר ואהוב, היא אף מתגעגעת מראש.</w:t>
      </w:r>
    </w:p>
    <w:p>
      <w:pPr>
        <w:bidi w:val="1"/>
        <w:spacing w:after="40" w:before="0"/>
      </w:pPr>
      <w:r>
        <w:rPr>
          <w:rFonts w:ascii="Arial" w:hAnsi="Arial" w:cs="Arial"/>
          <w:b/>
          <w:color w:val="C2417A"/>
          <w:sz w:val="17"/>
          <w:rtl w:val="1"/>
          <w:szCs w:val="17"/>
          <w:bCs/>
        </w:rPr>
        <w:t xml:space="preserve">6. (מונח) המונח ״פרידה״ מופיע בסיפור בלי שהמילה נכתבת. הסבירו מה פירושו כאן, והביאו שני פרטים מן הסיפור שמבטאים אותו. · </w:t>
      </w:r>
      <w:r>
        <w:rPr>
          <w:rFonts w:ascii="Arial" w:hAnsi="Arial" w:cs="Arial"/>
          <w:b w:val="0"/>
          <w:sz w:val="17"/>
          <w:rtl w:val="1"/>
          <w:szCs w:val="17"/>
        </w:rPr>
        <w:t>פרידה – סוף של תקופה וקשר שמשתנה, תחושה מעורבת של עצב וגעגוע. פרטים: ״להתראות, קומה שלישית״, ניסיון לזכור כל פרט, ההבטחה ״נשמור על קשר״, החיבוק ״חזק מדי״, הירידה לאט.</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האומרים שחברויות מהחטיבה נשמרות לכל החיים, ויש האומרים שבתיכון מתחילים מחדש וזה טבעי שחברויות ייחלשו. באיזו עמדה אתם תומכים? נמקו, והסתמכו על פרט מן הסיפור או מניסיונכם. · </w:t>
      </w:r>
      <w:r>
        <w:rPr>
          <w:rFonts w:ascii="Arial" w:hAnsi="Arial" w:cs="Arial"/>
          <w:b w:val="0"/>
          <w:sz w:val="17"/>
          <w:rtl w:val="1"/>
          <w:szCs w:val="17"/>
        </w:rPr>
        <w:t>תשובה פתוחה: עמדה + נימוק + ראיה (למשל האחות הגדולה שפוגשת חברות פעם בשנה; ההבטחה ״נשמור על קשר״).</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את הפתק שיעל קיבלה מהמחנכת, או פתק שאתם הייתם רוצים לקרוא ביום הראשון בתיכון (6–8 שורות). · </w:t>
      </w:r>
      <w:r>
        <w:rPr>
          <w:rFonts w:ascii="Arial" w:hAnsi="Arial" w:cs="Arial"/>
          <w:b w:val="0"/>
          <w:sz w:val="17"/>
          <w:rtl w:val="1"/>
          <w:szCs w:val="17"/>
        </w:rPr>
        <w:t>פנייה אישית, מסר מעודד וקשור לפרידה ולהתחלה חדשה, לשון רגשית, סיום.</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המדרגות של הקומה השלישית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סוף כיתה ט׳ הוא גם סוף של תקופה. בסיפור הקצר שלפניכם תפגשו את יעל ביום האחרון שלה בחטיבה. שימו לב לפרטים הקטנים – הם מספרים הרבה על מה שהיא מרגישה.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 המדרגות של הקומה השלישית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ביום האחרון של כיתה ט׳ הגיעה יעל לבית הספר עשרים דקות לפני הצלצול. היא לא תכננה את זה. פשוט התעוררה מוקדם, ובמקום להתהפך במיטה, לבשה את החולצה הלבנה עם החתימות של כל השכבה ויצאה. השער היה פתוח, והחצר הייתה שקטה כמו שלא הייתה אף פעם באמצע השנה. רק השרב, שכבר התחיל, ואיש התחזוקה שהשקה את העצים.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היא עלתה במדרגות לקומה השלישית, אותן מדרגות שבכיתה ז׳ נראו לה כמו הר. בשבוע הראשון שלה בחטיבה היא הלכה לאיבוד שלוש פעמים, ופעם אחת נכנסה בטעות לשיעור של כיתה ט׳ והתיישבה בשורה הראשונה, עד שמישהו לחש לה: ״את בטוחה שאת שייכת לכאן?״ כל הכיתה צחקה, והיא רצתה להיעלם. עכשיו, כשנזכרה בזה, חייכה. ״אני בטוחה,״ אמרה בקול, למסדרון הריק.</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על הקיר ליד חדר המורים עדיין היה תלוי הלוח של פרויקט החקר שלהם. התמונה של הקבוצה שלה – היא, שחר, אדל ונועם – הייתה דהויה מהשמש. בכיתה ח׳ הם רבו כמעט על כל דבר: על הנושא, על הצבעים, על מי ידבר בהצגה. ונועם, שבכלל לא דיבר עם אף אחד בתחילת השנה, היה זה שבסוף הציג מול כל ההורים, בלי לרעוד. יעל העבירה אצבע על המסגרת. ״נעמה המורה אמרה שזה הפרויקט הכי טוב בשכבה,״ נזכרה, ״ואנחנו בכלל לא האמנו לה.״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בשנה הבאה היא תלמד בתיכון הגדול שבעיר השכנה. שחר ממשיך לפנימייה, אדל עוברת עם המשפחה לצפון, ונועם בחר במגמה אחרת לגמרי. ״נשמור על קשר,״ הבטיחו כולם בערב הסיום, וחיבקו זה את זה חזק מדי. יעל רצתה להאמין, אבל משהו בתוכה ידע שזה לא יהיה אותו דבר. היא חשבה על אחותה הגדולה, שגם הבטיחה פעם, ועכשיו פוגשת את החברות מהחטיבה רק פעם בשנה, בחתונות.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בשמונה וחצי התחילו להגיע כולם. הרעש חזר למסדרון בבת אחת, כאילו מישהו הדליק רדיו. מישהו צעק ״ט׳ שלוש, אלופים!״, מישהי בכתה כבר בכניסה, והמחנכת, רותי, עמדה בדלת עם קופסה של עוגיות ופתקים. ״כל אחד לוקח פתק אחד,״ אמרה, ״ומקריא אותו רק כשהוא כבר בתיכון. לא לפני.״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יעל הכניסה את הפתק לכיס הקטן של התיק, ליד המפתח של הבית. בהפסקה הגדולה היא ישבה עם החברים על המדרגות של הקומה השלישית, בדיוק במקום שבו אסור לשבת, ואף אחד לא אמר להם לקום. הם דיברו על הכול ועל כלום, ושמש של סוף יוני נכנסה דרך החלון הגדול. היא ניסתה לזכור כל פרט: את הריח של הגיר, את הסדק במדרגה הרביעית, את הצחוק של נועם. ״אתם יודעים מה הכי מצחיק?״ אמרה אדל פתאום. ״בכיתה ז׳ ספרתי את הימים עד הסוף. ועכשיו אני רוצה עוד יום אחד.״ אף אחד לא ענה. כולם הבינו בדיוק למה היא התכוונה.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כשהצלצול האחרון צלצל, אף אחד לא זז מיד. ואז, בלי שמישהו אמר משהו, כולם קמו יחד. ״להתראות, קומה שלישית,״ לחשה יעל, וירדה במדרגות לאט, אחת־אחת, כמו שלא ירדה אותן אף פעם.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שרב – מזג אוויר חם ויבש מאוד · לחש – דיבר בקול שקט מאוד · דהויה – שהצבעים שלה חלשים בגלל שמש או זמן · פנימייה – בית ספר שבו גם גרים ולנים · בבת אחת – פתאום, ברגע אחד · מחנכת – המורה האחראית על הכיתה · סדק – שבר דק וצר</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לבשה יעל ביום האחרון, לפי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מנו את חברי הקבוצה של יעל בפרויקט החקר, ומה יקרה לשניים מהם בשנה הבאה (פסקאות ג׳–ד׳).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נתנה המחנכת רותי לתלמידים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על נועם מן המשפט ״שבכלל לא דיבר עם אף אחד בתחילת השנה, היה זה שבסוף הציג מול כל ההורים, בלי לרעוד״?</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יעל בשבוע הראשון בכיתה ז׳ לבין יעל ביום האחרון. במה השתנו היחס שלה למקום ותחושת השייכות שלה?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המונח ״פרידה״ מופיע בסיפור בלי שהמילה נכתבת. הסבירו מה פירושו כאן, והביאו שני פרטים מן הסיפור שמבטאים אותו.</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האומרים שחברויות מהחטיבה נשמרות לכל החיים, ויש האומרים שבתיכון מתחילים מחדש וזה טבעי שחברויות ייחלשו. באיזו עמדה אתם תומכים? נמקו, והסתמכו על פרט מן הסיפור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את הפתק שיעל קיבלה מהמחנכת, או פתק שאתם הייתם רוצים לקרוא ביום הראשון בתיכון (6–8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המדרגות של הקומה השלישית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המדרגות של הקומה השלישית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