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שעות חובה – או שעות של לב?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טור דעה · כיתה ט׳ · חברה ומעורבות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כמה שעות התנדבות הן חובה? · </w:t>
      </w:r>
      <w:r>
        <w:rPr>
          <w:rFonts w:ascii="Arial" w:hAnsi="Arial" w:cs="Arial"/>
          <w:b w:val="0"/>
          <w:sz w:val="22"/>
          <w:rtl w:val="1"/>
          <w:szCs w:val="22"/>
        </w:rPr>
        <w:t>60 שעות.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איפה הכותבת מתנדבת? · </w:t>
      </w:r>
      <w:r>
        <w:rPr>
          <w:rFonts w:ascii="Arial" w:hAnsi="Arial" w:cs="Arial"/>
          <w:b w:val="0"/>
          <w:sz w:val="22"/>
          <w:rtl w:val="1"/>
          <w:szCs w:val="22"/>
        </w:rPr>
        <w:t>בגן ילדים.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אומרים המתנגדים? · </w:t>
      </w:r>
      <w:r>
        <w:rPr>
          <w:rFonts w:ascii="Arial" w:hAnsi="Arial" w:cs="Arial"/>
          <w:b w:val="0"/>
          <w:sz w:val="22"/>
          <w:rtl w:val="1"/>
          <w:szCs w:val="22"/>
        </w:rPr>
        <w:t>שחובה הורסת את הלב.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מאיזה שורש באה המילה ״התנדבות״ לפי הכותבת? · </w:t>
      </w:r>
      <w:r>
        <w:rPr>
          <w:rFonts w:ascii="Arial" w:hAnsi="Arial" w:cs="Arial"/>
          <w:b w:val="0"/>
          <w:sz w:val="22"/>
          <w:rtl w:val="1"/>
          <w:szCs w:val="22"/>
        </w:rPr>
        <w:t>א. נ־ד־ב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הטענה העיקרית של המתנגדים לחובה? · </w:t>
      </w:r>
      <w:r>
        <w:rPr>
          <w:rFonts w:ascii="Arial" w:hAnsi="Arial" w:cs="Arial"/>
          <w:b w:val="0"/>
          <w:sz w:val="22"/>
          <w:rtl w:val="1"/>
          <w:szCs w:val="22"/>
        </w:rPr>
        <w:t>ג. שספירת שעות הופכת נתינה למטלה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למי אין זמן להתנדב? · </w:t>
      </w:r>
      <w:r>
        <w:rPr>
          <w:rFonts w:ascii="Arial" w:hAnsi="Arial" w:cs="Arial"/>
          <w:b w:val="0"/>
          <w:sz w:val="22"/>
          <w:rtl w:val="1"/>
          <w:szCs w:val="22"/>
        </w:rPr>
        <w:t>למי שמטפל באחים או עובד.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הכותבת מציעה? · </w:t>
      </w:r>
      <w:r>
        <w:rPr>
          <w:rFonts w:ascii="Arial" w:hAnsi="Arial" w:cs="Arial"/>
          <w:b w:val="0"/>
          <w:sz w:val="22"/>
          <w:rtl w:val="1"/>
          <w:szCs w:val="22"/>
        </w:rPr>
        <w:t>פרויקט נתינה.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🤝 שעות חובה – או שעות של לב?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טור דעה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טור דעה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🤝 שעות חובה – או שעות של לב?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בבית הספר הודיעו: תלמידי ט׳ צריכים 60 שעות התנדבות חובה. הכותבת מתנדבת בגן כבר שנתיים. היא שואלת: אם זו חובה – האם זו עדיין התנדבות?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יש שאומרים: חובה הורסת את הלב. התלמידים מחפשים רק מקום קל.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יש שאומרים: חובה פותחת דלת. גם הכותבת התחילה בלי חשק – ואחר כך אהבה.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לא לכולם יש זמן. יש תלמידים שמטפלים באחים או עובדים.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ההצעה של הכותבת: במקום לספור שעות – ״פרויקט נתינה״ שהתלמידים בוחרים בעצמם.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התנדבות – עבודה או עזרה שנותנים בלי תשלום · נדיבות – רצון לתת לאחרים בשמחה · צביטה – כאב קטן ופתאומי (כאן: בלב) · מטלה – משימה שחייבים לעשות · עומס – הרבה דברים לעשות בבת אחת · מחויבת – מרגישה אחריות ונאמנות למשהו · פקיד – עובד משרד (כאן: מי שעושה רק מה שצריך)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חובה     גן     לב     אחים     נתינה     שעות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כמה שעות התנדבות הן חובה?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איפה הכותבת מתנדבת?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אומרים המתנגדים?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מאיזה שורש באה המילה ״התנדבות״ לפי הכותבת?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נ־ד־ב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נ־ד־ד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ד־ב־ר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הטענה העיקרית של המתנגדים לחובה?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שאין מספיק מקומות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שההתנדבות מסוכנת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שספירת שעות הופכת נתינה למטלה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למי אין זמן להתנדב?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הכותבת מציעה?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״שעות חובה – או שעות של לב?״?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שעות חובה – או שעות של לב?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שעות חובה – או שעות של לב?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