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שעות חובה – או שעות של לב?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חברה ומעורבות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כמה שעות התנדבות הן חובה? · </w:t>
      </w:r>
      <w:r>
        <w:rPr>
          <w:rFonts w:ascii="Arial" w:hAnsi="Arial" w:cs="Arial"/>
          <w:b w:val="0"/>
          <w:sz w:val="17"/>
          <w:rtl w:val="1"/>
          <w:szCs w:val="17"/>
        </w:rPr>
        <w:t>60 שעות.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איפה הכותבת מתנדבת? · </w:t>
      </w:r>
      <w:r>
        <w:rPr>
          <w:rFonts w:ascii="Arial" w:hAnsi="Arial" w:cs="Arial"/>
          <w:b w:val="0"/>
          <w:sz w:val="17"/>
          <w:rtl w:val="1"/>
          <w:szCs w:val="17"/>
        </w:rPr>
        <w:t>בגן ילדים.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אומרים המתנגדים? · </w:t>
      </w:r>
      <w:r>
        <w:rPr>
          <w:rFonts w:ascii="Arial" w:hAnsi="Arial" w:cs="Arial"/>
          <w:b w:val="0"/>
          <w:sz w:val="17"/>
          <w:rtl w:val="1"/>
          <w:szCs w:val="17"/>
        </w:rPr>
        <w:t>שחובה הורסת את הלב.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למי אין זמן להתנדב? · </w:t>
      </w:r>
      <w:r>
        <w:rPr>
          <w:rFonts w:ascii="Arial" w:hAnsi="Arial" w:cs="Arial"/>
          <w:b w:val="0"/>
          <w:sz w:val="17"/>
          <w:rtl w:val="1"/>
          <w:szCs w:val="17"/>
        </w:rPr>
        <w:t>למי שמטפל באחים או עובד.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הכותבת מציעה? · </w:t>
      </w:r>
      <w:r>
        <w:rPr>
          <w:rFonts w:ascii="Arial" w:hAnsi="Arial" w:cs="Arial"/>
          <w:b w:val="0"/>
          <w:sz w:val="17"/>
          <w:rtl w:val="1"/>
          <w:szCs w:val="17"/>
        </w:rPr>
        <w:t>פרויקט נתינה.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מאיזה שורש באה המילה ״התנדבות״ לפי הכותבת? · </w:t>
      </w:r>
      <w:r>
        <w:rPr>
          <w:rFonts w:ascii="Arial" w:hAnsi="Arial" w:cs="Arial"/>
          <w:b w:val="0"/>
          <w:sz w:val="17"/>
          <w:rtl w:val="1"/>
          <w:szCs w:val="17"/>
        </w:rPr>
        <w:t>ב. נ־ד־ב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מה הטענה העיקרית של המתנגדים לחובה? · </w:t>
      </w:r>
      <w:r>
        <w:rPr>
          <w:rFonts w:ascii="Arial" w:hAnsi="Arial" w:cs="Arial"/>
          <w:b w:val="0"/>
          <w:sz w:val="17"/>
          <w:rtl w:val="1"/>
          <w:szCs w:val="17"/>
        </w:rPr>
        <w:t>ב. שספירת שעות הופכת נתינה למטלה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איך התחילה הכותבת להתנדב? · </w:t>
      </w:r>
      <w:r>
        <w:rPr>
          <w:rFonts w:ascii="Arial" w:hAnsi="Arial" w:cs="Arial"/>
          <w:b w:val="0"/>
          <w:sz w:val="17"/>
          <w:rtl w:val="1"/>
          <w:szCs w:val="17"/>
        </w:rPr>
        <w:t>ב. בעקבות בקשה, בלי חשק בהתחלה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מהי הצעת הכותבת? · </w:t>
      </w:r>
      <w:r>
        <w:rPr>
          <w:rFonts w:ascii="Arial" w:hAnsi="Arial" w:cs="Arial"/>
          <w:b w:val="0"/>
          <w:sz w:val="17"/>
          <w:rtl w:val="1"/>
          <w:szCs w:val="17"/>
        </w:rPr>
        <w:t>ג. ״פרויקט נתינה״ שהתלמידים בוחרים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האם לדעתכם התנדבות צריכה להיות חובה בבית הספר? הביעו עמדה, נמקו, והסתמכו על פרט אחד לפחות מן הטור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ברורה + נימוק + ראיה (למשל ״דלת שנפתחת״, ״שעון במקום לב״, תלמידים בלי זמן, פרויקט נתינה).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🤝 שעות חובה – או שעות של לב?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טור דעה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התנדבות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עבודה או עזרה שנותנים בלי תשלום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נדיבות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רצון לתת לאחרים בשמחה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צביטה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כאב קטן ופתאומי (כאן: בלב)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מטלה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משימה שחייבים לעשות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עומס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הרבה דברים לעשות בבת אחת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מחויבת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מרגישה אחריות ונאמנות למשהו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פקיד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עובד משרד (כאן: מי שעושה רק מה שצריך)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🤝 שעות חובה – או שעות של לב?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בבית הספר הודיעו: תלמידי ט׳ צריכים 60 שעות התנדבות חובה. הכותבת מתנדבת בגן כבר שנתיים. היא שואלת: אם זו חובה – האם זו עדיין התנדבות?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שאומרים: חובה הורסת את הלב. התלמידים מחפשים רק מקום קל.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יש שאומרים: חובה פותחת דלת. גם הכותבת התחילה בלי חשק – ואחר כך אהבה.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 לכולם יש זמן. יש תלמידים שמטפלים באחים או עובדים.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ההצעה של הכותבת: במקום לספור שעות – ״פרויקט נתינה״ שהתלמידים בוחרים בעצמם.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כמה שעות התנדבות הן חובה?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איפה הכותבת מתנדבת?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אומרים המתנגדים?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למי אין זמן להתנדב?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הכותבת מציעה?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מאיזה שורש באה המילה ״התנדבות״ לפי הכותבת?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נ־ד־ד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נ־ד־ב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ד־ב־ר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נ־ת־נ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הטענה העיקרית של המתנגדים לחובה?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שאין מספיק מקומות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שספירת שעות הופכת נתינה למטלה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שההתנדבות מסוכנת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שהמורים לא בודקים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איך התחילה הכותבת להתנדב?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החליטה לבד בוקר אחד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בעקבות בקשה, בלי חשק בהתחלה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בגלל ציון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בגלל תנועת הנוער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מהי הצעת הכותבת?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לבטל את הדרישה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להכפיל את השעות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״פרויקט נתינה״ שהתלמידים בוחרים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להתנדב רק בבית הספר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האם לדעתכם התנדבות צריכה להיות חובה בבית הספר? הביעו עמדה, נמקו, והסתמכו על פרט אחד לפחות מן הטור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שעות חובה – או שעות של לב?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שעות חובה – או שעות של לב?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